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FC0CA" w14:textId="77777777" w:rsidR="00F47FB2" w:rsidRDefault="00F207B3">
      <w:r>
        <w:rPr>
          <w:i/>
          <w:color w:val="595959"/>
          <w:sz w:val="18"/>
        </w:rPr>
        <w:t>We value your feedback on your experience with NHASA. Please tick one rating per row (1 = very dissatisfied, 5 = very satisfied). Completion is voluntary and may be anonymous.</w:t>
      </w:r>
    </w:p>
    <w:p w14:paraId="7B63E4B0" w14:textId="77777777" w:rsidR="00F47FB2" w:rsidRDefault="00F207B3">
      <w:pPr>
        <w:keepNext/>
        <w:pBdr>
          <w:bottom w:val="single" w:sz="6" w:space="2" w:color="8EAADB"/>
        </w:pBdr>
        <w:spacing w:before="200" w:after="60"/>
      </w:pPr>
      <w:r>
        <w:rPr>
          <w:b/>
          <w:color w:val="003366"/>
          <w:sz w:val="25"/>
        </w:rPr>
        <w:t>1. Satisfaction Rating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762"/>
        <w:gridCol w:w="998"/>
        <w:gridCol w:w="998"/>
        <w:gridCol w:w="998"/>
        <w:gridCol w:w="998"/>
        <w:gridCol w:w="998"/>
      </w:tblGrid>
      <w:tr w:rsidR="00F47FB2" w14:paraId="3862A660" w14:textId="77777777">
        <w:trPr>
          <w:tblHeader/>
          <w:jc w:val="center"/>
        </w:trPr>
        <w:tc>
          <w:tcPr>
            <w:tcW w:w="4762" w:type="dxa"/>
            <w:shd w:val="clear" w:color="auto" w:fill="1F4E7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24935F0" w14:textId="77777777" w:rsidR="00F47FB2" w:rsidRDefault="00F207B3">
            <w:pPr>
              <w:spacing w:after="0"/>
            </w:pPr>
            <w:r>
              <w:rPr>
                <w:b/>
                <w:color w:val="FFFFFF"/>
                <w:sz w:val="19"/>
              </w:rPr>
              <w:t>How satisfied are you with…</w:t>
            </w:r>
          </w:p>
        </w:tc>
        <w:tc>
          <w:tcPr>
            <w:tcW w:w="998" w:type="dxa"/>
            <w:shd w:val="clear" w:color="auto" w:fill="1F4E7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A717B9" w14:textId="77777777" w:rsidR="00F47FB2" w:rsidRDefault="00F207B3">
            <w:pPr>
              <w:spacing w:after="0"/>
            </w:pPr>
            <w:r>
              <w:rPr>
                <w:b/>
                <w:color w:val="FFFFFF"/>
                <w:sz w:val="19"/>
              </w:rPr>
              <w:t>1</w:t>
            </w:r>
          </w:p>
        </w:tc>
        <w:tc>
          <w:tcPr>
            <w:tcW w:w="998" w:type="dxa"/>
            <w:shd w:val="clear" w:color="auto" w:fill="1F4E7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E45DE62" w14:textId="77777777" w:rsidR="00F47FB2" w:rsidRDefault="00F207B3">
            <w:pPr>
              <w:spacing w:after="0"/>
            </w:pPr>
            <w:r>
              <w:rPr>
                <w:b/>
                <w:color w:val="FFFFFF"/>
                <w:sz w:val="19"/>
              </w:rPr>
              <w:t>2</w:t>
            </w:r>
          </w:p>
        </w:tc>
        <w:tc>
          <w:tcPr>
            <w:tcW w:w="998" w:type="dxa"/>
            <w:shd w:val="clear" w:color="auto" w:fill="1F4E7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714F10" w14:textId="77777777" w:rsidR="00F47FB2" w:rsidRDefault="00F207B3">
            <w:pPr>
              <w:spacing w:after="0"/>
            </w:pPr>
            <w:r>
              <w:rPr>
                <w:b/>
                <w:color w:val="FFFFFF"/>
                <w:sz w:val="19"/>
              </w:rPr>
              <w:t>3</w:t>
            </w:r>
          </w:p>
        </w:tc>
        <w:tc>
          <w:tcPr>
            <w:tcW w:w="998" w:type="dxa"/>
            <w:shd w:val="clear" w:color="auto" w:fill="1F4E7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AF2DD26" w14:textId="77777777" w:rsidR="00F47FB2" w:rsidRDefault="00F207B3">
            <w:pPr>
              <w:spacing w:after="0"/>
            </w:pPr>
            <w:r>
              <w:rPr>
                <w:b/>
                <w:color w:val="FFFFFF"/>
                <w:sz w:val="19"/>
              </w:rPr>
              <w:t>4</w:t>
            </w:r>
          </w:p>
        </w:tc>
        <w:tc>
          <w:tcPr>
            <w:tcW w:w="998" w:type="dxa"/>
            <w:shd w:val="clear" w:color="auto" w:fill="1F4E7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1AC774" w14:textId="77777777" w:rsidR="00F47FB2" w:rsidRDefault="00F207B3">
            <w:pPr>
              <w:spacing w:after="0"/>
            </w:pPr>
            <w:r>
              <w:rPr>
                <w:b/>
                <w:color w:val="FFFFFF"/>
                <w:sz w:val="19"/>
              </w:rPr>
              <w:t>5</w:t>
            </w:r>
          </w:p>
        </w:tc>
      </w:tr>
      <w:tr w:rsidR="00F47FB2" w14:paraId="70210BFA" w14:textId="77777777">
        <w:trPr>
          <w:jc w:val="center"/>
        </w:trPr>
        <w:tc>
          <w:tcPr>
            <w:tcW w:w="476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B9586AB" w14:textId="77777777" w:rsidR="00F47FB2" w:rsidRDefault="00F207B3">
            <w:pPr>
              <w:spacing w:after="0"/>
            </w:pPr>
            <w:r>
              <w:rPr>
                <w:sz w:val="19"/>
              </w:rPr>
              <w:t>The certification process (application to decision)</w:t>
            </w:r>
          </w:p>
        </w:tc>
        <w:tc>
          <w:tcPr>
            <w:tcW w:w="997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25C2722" w14:textId="77777777" w:rsidR="00F47FB2" w:rsidRDefault="00F207B3">
            <w:pPr>
              <w:spacing w:after="0"/>
            </w:pPr>
            <w:r>
              <w:rPr>
                <w:sz w:val="19"/>
              </w:rPr>
              <w:t>☐</w:t>
            </w:r>
          </w:p>
        </w:tc>
        <w:tc>
          <w:tcPr>
            <w:tcW w:w="997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4563B76" w14:textId="77777777" w:rsidR="00F47FB2" w:rsidRDefault="00F207B3">
            <w:pPr>
              <w:spacing w:after="0"/>
            </w:pPr>
            <w:r>
              <w:rPr>
                <w:sz w:val="19"/>
              </w:rPr>
              <w:t>☐</w:t>
            </w:r>
          </w:p>
        </w:tc>
        <w:tc>
          <w:tcPr>
            <w:tcW w:w="997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33FE4E" w14:textId="77777777" w:rsidR="00F47FB2" w:rsidRDefault="00F207B3">
            <w:pPr>
              <w:spacing w:after="0"/>
            </w:pPr>
            <w:r>
              <w:rPr>
                <w:sz w:val="19"/>
              </w:rPr>
              <w:t>☐</w:t>
            </w:r>
          </w:p>
        </w:tc>
        <w:tc>
          <w:tcPr>
            <w:tcW w:w="997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AFA10B" w14:textId="77777777" w:rsidR="00F47FB2" w:rsidRDefault="00F207B3">
            <w:pPr>
              <w:spacing w:after="0"/>
            </w:pPr>
            <w:r>
              <w:rPr>
                <w:sz w:val="19"/>
              </w:rPr>
              <w:t>☐</w:t>
            </w:r>
          </w:p>
        </w:tc>
        <w:tc>
          <w:tcPr>
            <w:tcW w:w="997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0C2115E" w14:textId="77777777" w:rsidR="00F47FB2" w:rsidRDefault="00F207B3">
            <w:pPr>
              <w:spacing w:after="0"/>
            </w:pPr>
            <w:r>
              <w:rPr>
                <w:sz w:val="19"/>
              </w:rPr>
              <w:t>☐</w:t>
            </w:r>
          </w:p>
        </w:tc>
      </w:tr>
      <w:tr w:rsidR="00F47FB2" w14:paraId="01998E87" w14:textId="77777777">
        <w:trPr>
          <w:jc w:val="center"/>
        </w:trPr>
        <w:tc>
          <w:tcPr>
            <w:tcW w:w="4762" w:type="dxa"/>
            <w:shd w:val="clear" w:color="auto" w:fill="F2F6FB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ED564F0" w14:textId="77777777" w:rsidR="00F47FB2" w:rsidRDefault="00F207B3">
            <w:pPr>
              <w:spacing w:after="0"/>
            </w:pPr>
            <w:r>
              <w:rPr>
                <w:sz w:val="19"/>
              </w:rPr>
              <w:t>Communication &amp; responsiveness</w:t>
            </w:r>
          </w:p>
        </w:tc>
        <w:tc>
          <w:tcPr>
            <w:tcW w:w="997" w:type="dxa"/>
            <w:shd w:val="clear" w:color="auto" w:fill="F2F6FB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8E336A" w14:textId="77777777" w:rsidR="00F47FB2" w:rsidRDefault="00F207B3">
            <w:pPr>
              <w:spacing w:after="0"/>
            </w:pPr>
            <w:r>
              <w:rPr>
                <w:sz w:val="19"/>
              </w:rPr>
              <w:t>☐</w:t>
            </w:r>
          </w:p>
        </w:tc>
        <w:tc>
          <w:tcPr>
            <w:tcW w:w="997" w:type="dxa"/>
            <w:shd w:val="clear" w:color="auto" w:fill="F2F6FB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573663" w14:textId="77777777" w:rsidR="00F47FB2" w:rsidRDefault="00F207B3">
            <w:pPr>
              <w:spacing w:after="0"/>
            </w:pPr>
            <w:r>
              <w:rPr>
                <w:sz w:val="19"/>
              </w:rPr>
              <w:t>☐</w:t>
            </w:r>
          </w:p>
        </w:tc>
        <w:tc>
          <w:tcPr>
            <w:tcW w:w="997" w:type="dxa"/>
            <w:shd w:val="clear" w:color="auto" w:fill="F2F6FB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1CE3560" w14:textId="77777777" w:rsidR="00F47FB2" w:rsidRDefault="00F207B3">
            <w:pPr>
              <w:spacing w:after="0"/>
            </w:pPr>
            <w:r>
              <w:rPr>
                <w:sz w:val="19"/>
              </w:rPr>
              <w:t>☐</w:t>
            </w:r>
          </w:p>
        </w:tc>
        <w:tc>
          <w:tcPr>
            <w:tcW w:w="997" w:type="dxa"/>
            <w:shd w:val="clear" w:color="auto" w:fill="F2F6FB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EE293AB" w14:textId="77777777" w:rsidR="00F47FB2" w:rsidRDefault="00F207B3">
            <w:pPr>
              <w:spacing w:after="0"/>
            </w:pPr>
            <w:r>
              <w:rPr>
                <w:sz w:val="19"/>
              </w:rPr>
              <w:t>☐</w:t>
            </w:r>
          </w:p>
        </w:tc>
        <w:tc>
          <w:tcPr>
            <w:tcW w:w="997" w:type="dxa"/>
            <w:shd w:val="clear" w:color="auto" w:fill="F2F6FB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47E143" w14:textId="77777777" w:rsidR="00F47FB2" w:rsidRDefault="00F207B3">
            <w:pPr>
              <w:spacing w:after="0"/>
            </w:pPr>
            <w:r>
              <w:rPr>
                <w:sz w:val="19"/>
              </w:rPr>
              <w:t>☐</w:t>
            </w:r>
          </w:p>
        </w:tc>
      </w:tr>
      <w:tr w:rsidR="00F47FB2" w14:paraId="53C9F527" w14:textId="77777777">
        <w:trPr>
          <w:jc w:val="center"/>
        </w:trPr>
        <w:tc>
          <w:tcPr>
            <w:tcW w:w="476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AFD7395" w14:textId="77777777" w:rsidR="00F47FB2" w:rsidRDefault="00F207B3">
            <w:pPr>
              <w:spacing w:after="0"/>
            </w:pPr>
            <w:r>
              <w:rPr>
                <w:sz w:val="19"/>
              </w:rPr>
              <w:t>Value for money</w:t>
            </w:r>
          </w:p>
        </w:tc>
        <w:tc>
          <w:tcPr>
            <w:tcW w:w="997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481137" w14:textId="77777777" w:rsidR="00F47FB2" w:rsidRDefault="00F207B3">
            <w:pPr>
              <w:spacing w:after="0"/>
            </w:pPr>
            <w:r>
              <w:rPr>
                <w:sz w:val="19"/>
              </w:rPr>
              <w:t>☐</w:t>
            </w:r>
          </w:p>
        </w:tc>
        <w:tc>
          <w:tcPr>
            <w:tcW w:w="997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C95A8D" w14:textId="77777777" w:rsidR="00F47FB2" w:rsidRDefault="00F207B3">
            <w:pPr>
              <w:spacing w:after="0"/>
            </w:pPr>
            <w:r>
              <w:rPr>
                <w:sz w:val="19"/>
              </w:rPr>
              <w:t>☐</w:t>
            </w:r>
          </w:p>
        </w:tc>
        <w:tc>
          <w:tcPr>
            <w:tcW w:w="997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A39875" w14:textId="77777777" w:rsidR="00F47FB2" w:rsidRDefault="00F207B3">
            <w:pPr>
              <w:spacing w:after="0"/>
            </w:pPr>
            <w:r>
              <w:rPr>
                <w:sz w:val="19"/>
              </w:rPr>
              <w:t>☐</w:t>
            </w:r>
          </w:p>
        </w:tc>
        <w:tc>
          <w:tcPr>
            <w:tcW w:w="997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11C940C" w14:textId="77777777" w:rsidR="00F47FB2" w:rsidRDefault="00F207B3">
            <w:pPr>
              <w:spacing w:after="0"/>
            </w:pPr>
            <w:r>
              <w:rPr>
                <w:sz w:val="19"/>
              </w:rPr>
              <w:t>☐</w:t>
            </w:r>
          </w:p>
        </w:tc>
        <w:tc>
          <w:tcPr>
            <w:tcW w:w="997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0687E81" w14:textId="77777777" w:rsidR="00F47FB2" w:rsidRDefault="00F207B3">
            <w:pPr>
              <w:spacing w:after="0"/>
            </w:pPr>
            <w:r>
              <w:rPr>
                <w:sz w:val="19"/>
              </w:rPr>
              <w:t>☐</w:t>
            </w:r>
          </w:p>
        </w:tc>
      </w:tr>
      <w:tr w:rsidR="00F47FB2" w14:paraId="6AA94399" w14:textId="77777777">
        <w:trPr>
          <w:jc w:val="center"/>
        </w:trPr>
        <w:tc>
          <w:tcPr>
            <w:tcW w:w="4762" w:type="dxa"/>
            <w:shd w:val="clear" w:color="auto" w:fill="F2F6FB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CEAE4A" w14:textId="77777777" w:rsidR="00F47FB2" w:rsidRDefault="00F207B3">
            <w:pPr>
              <w:spacing w:after="0"/>
            </w:pPr>
            <w:r>
              <w:rPr>
                <w:sz w:val="19"/>
              </w:rPr>
              <w:t>NHASA staff — helpfulness &amp; courtesy</w:t>
            </w:r>
          </w:p>
        </w:tc>
        <w:tc>
          <w:tcPr>
            <w:tcW w:w="997" w:type="dxa"/>
            <w:shd w:val="clear" w:color="auto" w:fill="F2F6FB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010D8B" w14:textId="77777777" w:rsidR="00F47FB2" w:rsidRDefault="00F207B3">
            <w:pPr>
              <w:spacing w:after="0"/>
            </w:pPr>
            <w:r>
              <w:rPr>
                <w:sz w:val="19"/>
              </w:rPr>
              <w:t>☐</w:t>
            </w:r>
          </w:p>
        </w:tc>
        <w:tc>
          <w:tcPr>
            <w:tcW w:w="997" w:type="dxa"/>
            <w:shd w:val="clear" w:color="auto" w:fill="F2F6FB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4718454" w14:textId="77777777" w:rsidR="00F47FB2" w:rsidRDefault="00F207B3">
            <w:pPr>
              <w:spacing w:after="0"/>
            </w:pPr>
            <w:r>
              <w:rPr>
                <w:sz w:val="19"/>
              </w:rPr>
              <w:t>☐</w:t>
            </w:r>
          </w:p>
        </w:tc>
        <w:tc>
          <w:tcPr>
            <w:tcW w:w="997" w:type="dxa"/>
            <w:shd w:val="clear" w:color="auto" w:fill="F2F6FB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1EE8DDD" w14:textId="77777777" w:rsidR="00F47FB2" w:rsidRDefault="00F207B3">
            <w:pPr>
              <w:spacing w:after="0"/>
            </w:pPr>
            <w:r>
              <w:rPr>
                <w:sz w:val="19"/>
              </w:rPr>
              <w:t>☐</w:t>
            </w:r>
          </w:p>
        </w:tc>
        <w:tc>
          <w:tcPr>
            <w:tcW w:w="997" w:type="dxa"/>
            <w:shd w:val="clear" w:color="auto" w:fill="F2F6FB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C54128" w14:textId="77777777" w:rsidR="00F47FB2" w:rsidRDefault="00F207B3">
            <w:pPr>
              <w:spacing w:after="0"/>
            </w:pPr>
            <w:r>
              <w:rPr>
                <w:sz w:val="19"/>
              </w:rPr>
              <w:t>☐</w:t>
            </w:r>
          </w:p>
        </w:tc>
        <w:tc>
          <w:tcPr>
            <w:tcW w:w="997" w:type="dxa"/>
            <w:shd w:val="clear" w:color="auto" w:fill="F2F6FB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618E9F" w14:textId="77777777" w:rsidR="00F47FB2" w:rsidRDefault="00F207B3">
            <w:pPr>
              <w:spacing w:after="0"/>
            </w:pPr>
            <w:r>
              <w:rPr>
                <w:sz w:val="19"/>
              </w:rPr>
              <w:t>☐</w:t>
            </w:r>
          </w:p>
        </w:tc>
      </w:tr>
    </w:tbl>
    <w:p w14:paraId="7A933C9D" w14:textId="77777777" w:rsidR="00F47FB2" w:rsidRDefault="00F47FB2">
      <w:pPr>
        <w:spacing w:after="40"/>
      </w:pPr>
    </w:p>
    <w:p w14:paraId="7D8952C9" w14:textId="77777777" w:rsidR="00F47FB2" w:rsidRDefault="00F207B3">
      <w:pPr>
        <w:keepNext/>
        <w:pBdr>
          <w:bottom w:val="single" w:sz="6" w:space="2" w:color="8EAADB"/>
        </w:pBdr>
        <w:spacing w:before="200" w:after="60"/>
      </w:pPr>
      <w:r>
        <w:rPr>
          <w:b/>
          <w:color w:val="003366"/>
          <w:sz w:val="25"/>
        </w:rPr>
        <w:t>2. Would You Recommend NHASA?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6"/>
        <w:gridCol w:w="4876"/>
      </w:tblGrid>
      <w:tr w:rsidR="00F47FB2" w14:paraId="64A9EC56" w14:textId="77777777">
        <w:trPr>
          <w:jc w:val="center"/>
        </w:trPr>
        <w:tc>
          <w:tcPr>
            <w:tcW w:w="48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839DDB0" w14:textId="6C554618" w:rsidR="00F47FB2" w:rsidRDefault="005F4801">
            <w:pPr>
              <w:spacing w:after="0"/>
            </w:pPr>
            <w:sdt>
              <w:sdtPr>
                <w:rPr>
                  <w:sz w:val="19"/>
                </w:rPr>
                <w:id w:val="-847402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2CDE">
                  <w:rPr>
                    <w:rFonts w:ascii="MS Gothic" w:eastAsia="MS Gothic" w:hAnsi="MS Gothic" w:hint="eastAsia"/>
                    <w:sz w:val="19"/>
                  </w:rPr>
                  <w:t>☐</w:t>
                </w:r>
              </w:sdtContent>
            </w:sdt>
            <w:r w:rsidR="00F207B3">
              <w:rPr>
                <w:sz w:val="19"/>
              </w:rPr>
              <w:t xml:space="preserve">  Yes</w:t>
            </w:r>
          </w:p>
        </w:tc>
        <w:tc>
          <w:tcPr>
            <w:tcW w:w="487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EFA555E" w14:textId="57B66E72" w:rsidR="00F47FB2" w:rsidRDefault="005F4801">
            <w:pPr>
              <w:spacing w:after="0"/>
            </w:pPr>
            <w:sdt>
              <w:sdtPr>
                <w:rPr>
                  <w:sz w:val="19"/>
                </w:rPr>
                <w:id w:val="422853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9"/>
                  </w:rPr>
                  <w:t>☐</w:t>
                </w:r>
              </w:sdtContent>
            </w:sdt>
            <w:r w:rsidR="00F207B3">
              <w:rPr>
                <w:sz w:val="19"/>
              </w:rPr>
              <w:t xml:space="preserve"> </w:t>
            </w:r>
            <w:r w:rsidR="00F207B3">
              <w:rPr>
                <w:sz w:val="19"/>
              </w:rPr>
              <w:t>No</w:t>
            </w:r>
          </w:p>
        </w:tc>
      </w:tr>
    </w:tbl>
    <w:p w14:paraId="65DC7C60" w14:textId="77777777" w:rsidR="00F47FB2" w:rsidRDefault="00F47FB2">
      <w:pPr>
        <w:spacing w:after="40"/>
      </w:pPr>
    </w:p>
    <w:p w14:paraId="569C669C" w14:textId="77777777" w:rsidR="00F47FB2" w:rsidRDefault="00F207B3">
      <w:pPr>
        <w:keepNext/>
        <w:pBdr>
          <w:bottom w:val="single" w:sz="6" w:space="2" w:color="8EAADB"/>
        </w:pBdr>
        <w:spacing w:before="200" w:after="60"/>
      </w:pPr>
      <w:r>
        <w:rPr>
          <w:b/>
          <w:color w:val="003366"/>
          <w:sz w:val="25"/>
        </w:rPr>
        <w:t>3. Comments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6633"/>
      </w:tblGrid>
      <w:tr w:rsidR="00F47FB2" w14:paraId="46CFA014" w14:textId="77777777">
        <w:trPr>
          <w:jc w:val="center"/>
        </w:trPr>
        <w:tc>
          <w:tcPr>
            <w:tcW w:w="3118" w:type="dxa"/>
            <w:shd w:val="clear" w:color="auto" w:fill="EDF2F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919528D" w14:textId="77777777" w:rsidR="00F47FB2" w:rsidRDefault="00F207B3">
            <w:pPr>
              <w:spacing w:after="0"/>
            </w:pPr>
            <w:r>
              <w:rPr>
                <w:b/>
                <w:sz w:val="19"/>
              </w:rPr>
              <w:t>Tell us more about your experience</w:t>
            </w:r>
          </w:p>
        </w:tc>
        <w:tc>
          <w:tcPr>
            <w:tcW w:w="663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80C9EE" w14:textId="77777777" w:rsidR="00F47FB2" w:rsidRDefault="00F47FB2">
            <w:pPr>
              <w:spacing w:after="0"/>
            </w:pPr>
          </w:p>
        </w:tc>
      </w:tr>
    </w:tbl>
    <w:p w14:paraId="263CF968" w14:textId="77777777" w:rsidR="00F47FB2" w:rsidRDefault="00F47FB2">
      <w:pPr>
        <w:spacing w:after="40"/>
      </w:pPr>
    </w:p>
    <w:p w14:paraId="0C38D1F7" w14:textId="77777777" w:rsidR="00F47FB2" w:rsidRDefault="00F207B3">
      <w:pPr>
        <w:keepNext/>
        <w:pBdr>
          <w:bottom w:val="single" w:sz="6" w:space="2" w:color="8EAADB"/>
        </w:pBdr>
        <w:spacing w:before="200" w:after="60"/>
      </w:pPr>
      <w:r>
        <w:rPr>
          <w:b/>
          <w:color w:val="003366"/>
          <w:sz w:val="25"/>
        </w:rPr>
        <w:t>4. About You (optional)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6633"/>
      </w:tblGrid>
      <w:tr w:rsidR="00F47FB2" w14:paraId="33B8E838" w14:textId="77777777">
        <w:trPr>
          <w:jc w:val="center"/>
        </w:trPr>
        <w:tc>
          <w:tcPr>
            <w:tcW w:w="3118" w:type="dxa"/>
            <w:shd w:val="clear" w:color="auto" w:fill="EDF2F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ADBB9A2" w14:textId="77777777" w:rsidR="00F47FB2" w:rsidRDefault="00F207B3">
            <w:pPr>
              <w:spacing w:after="0"/>
            </w:pPr>
            <w:r>
              <w:rPr>
                <w:b/>
                <w:sz w:val="19"/>
              </w:rPr>
              <w:t>Name / organisation</w:t>
            </w:r>
          </w:p>
        </w:tc>
        <w:tc>
          <w:tcPr>
            <w:tcW w:w="663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6D71F0" w14:textId="77777777" w:rsidR="00F47FB2" w:rsidRDefault="00F47FB2">
            <w:pPr>
              <w:spacing w:after="0"/>
            </w:pPr>
          </w:p>
        </w:tc>
      </w:tr>
      <w:tr w:rsidR="00F47FB2" w14:paraId="5A8EA550" w14:textId="77777777">
        <w:trPr>
          <w:jc w:val="center"/>
        </w:trPr>
        <w:tc>
          <w:tcPr>
            <w:tcW w:w="3118" w:type="dxa"/>
            <w:shd w:val="clear" w:color="auto" w:fill="EDF2F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7B172A0" w14:textId="77777777" w:rsidR="00F47FB2" w:rsidRDefault="00F207B3">
            <w:pPr>
              <w:spacing w:after="0"/>
            </w:pPr>
            <w:r>
              <w:rPr>
                <w:b/>
                <w:sz w:val="19"/>
              </w:rPr>
              <w:t>Certificate no.</w:t>
            </w:r>
          </w:p>
        </w:tc>
        <w:tc>
          <w:tcPr>
            <w:tcW w:w="663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D874C80" w14:textId="77777777" w:rsidR="00F47FB2" w:rsidRDefault="00F47FB2">
            <w:pPr>
              <w:spacing w:after="0"/>
            </w:pPr>
          </w:p>
        </w:tc>
      </w:tr>
      <w:tr w:rsidR="00F47FB2" w14:paraId="3DEF7BF0" w14:textId="77777777">
        <w:trPr>
          <w:jc w:val="center"/>
        </w:trPr>
        <w:tc>
          <w:tcPr>
            <w:tcW w:w="3118" w:type="dxa"/>
            <w:shd w:val="clear" w:color="auto" w:fill="EDF2F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D68CD99" w14:textId="77777777" w:rsidR="00F47FB2" w:rsidRDefault="00F207B3">
            <w:pPr>
              <w:spacing w:after="0"/>
            </w:pPr>
            <w:r>
              <w:rPr>
                <w:b/>
                <w:sz w:val="19"/>
              </w:rPr>
              <w:t>Date</w:t>
            </w:r>
          </w:p>
        </w:tc>
        <w:tc>
          <w:tcPr>
            <w:tcW w:w="663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A430C3" w14:textId="77777777" w:rsidR="00F47FB2" w:rsidRDefault="00F47FB2">
            <w:pPr>
              <w:spacing w:after="0"/>
            </w:pPr>
          </w:p>
        </w:tc>
      </w:tr>
    </w:tbl>
    <w:p w14:paraId="27726A86" w14:textId="77777777" w:rsidR="00F47FB2" w:rsidRDefault="00F47FB2">
      <w:pPr>
        <w:spacing w:after="40"/>
      </w:pPr>
    </w:p>
    <w:sectPr w:rsidR="00F47FB2" w:rsidSect="00034616">
      <w:headerReference w:type="default" r:id="rId8"/>
      <w:footerReference w:type="default" r:id="rId9"/>
      <w:pgSz w:w="11906" w:h="16838"/>
      <w:pgMar w:top="1134" w:right="1077" w:bottom="1020" w:left="1077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8343D" w14:textId="77777777" w:rsidR="00F207B3" w:rsidRDefault="00F207B3">
      <w:pPr>
        <w:spacing w:after="0" w:line="240" w:lineRule="auto"/>
      </w:pPr>
      <w:r>
        <w:separator/>
      </w:r>
    </w:p>
  </w:endnote>
  <w:endnote w:type="continuationSeparator" w:id="0">
    <w:p w14:paraId="65A999C4" w14:textId="77777777" w:rsidR="00F207B3" w:rsidRDefault="00F20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1FF4D" w14:textId="77777777" w:rsidR="00F47FB2" w:rsidRDefault="00F207B3">
    <w:pPr>
      <w:pStyle w:val="Footer"/>
      <w:jc w:val="center"/>
    </w:pPr>
    <w:r>
      <w:rPr>
        <w:color w:val="595959"/>
        <w:sz w:val="15"/>
      </w:rPr>
      <w:t xml:space="preserve">National Halal Accreditation Services Australia Pty </w:t>
    </w:r>
    <w:proofErr w:type="gramStart"/>
    <w:r>
      <w:rPr>
        <w:color w:val="595959"/>
        <w:sz w:val="15"/>
      </w:rPr>
      <w:t>Ltd  |</w:t>
    </w:r>
    <w:proofErr w:type="gramEnd"/>
    <w:r>
      <w:rPr>
        <w:color w:val="595959"/>
        <w:sz w:val="15"/>
      </w:rPr>
      <w:t xml:space="preserve">  5 </w:t>
    </w:r>
    <w:proofErr w:type="spellStart"/>
    <w:r>
      <w:rPr>
        <w:color w:val="595959"/>
        <w:sz w:val="15"/>
      </w:rPr>
      <w:t>Tresco</w:t>
    </w:r>
    <w:proofErr w:type="spellEnd"/>
    <w:r>
      <w:rPr>
        <w:color w:val="595959"/>
        <w:sz w:val="15"/>
      </w:rPr>
      <w:t xml:space="preserve"> Street, Dallas VIC </w:t>
    </w:r>
    <w:proofErr w:type="gramStart"/>
    <w:r>
      <w:rPr>
        <w:color w:val="595959"/>
        <w:sz w:val="15"/>
      </w:rPr>
      <w:t>3047  |</w:t>
    </w:r>
    <w:proofErr w:type="gramEnd"/>
    <w:r>
      <w:rPr>
        <w:color w:val="595959"/>
        <w:sz w:val="15"/>
      </w:rPr>
      <w:t xml:space="preserve">  ABN 21 633 768 </w:t>
    </w:r>
    <w:proofErr w:type="gramStart"/>
    <w:r>
      <w:rPr>
        <w:color w:val="595959"/>
        <w:sz w:val="15"/>
      </w:rPr>
      <w:t>635  |</w:t>
    </w:r>
    <w:proofErr w:type="gramEnd"/>
    <w:r>
      <w:rPr>
        <w:color w:val="595959"/>
        <w:sz w:val="15"/>
      </w:rPr>
      <w:t xml:space="preserve">  Controlled Document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27029" w14:textId="77777777" w:rsidR="00F207B3" w:rsidRDefault="00F207B3">
      <w:pPr>
        <w:spacing w:after="0" w:line="240" w:lineRule="auto"/>
      </w:pPr>
      <w:r>
        <w:separator/>
      </w:r>
    </w:p>
  </w:footnote>
  <w:footnote w:type="continuationSeparator" w:id="0">
    <w:p w14:paraId="6848435F" w14:textId="77777777" w:rsidR="00F207B3" w:rsidRDefault="00F20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4A0" w:firstRow="1" w:lastRow="0" w:firstColumn="1" w:lastColumn="0" w:noHBand="0" w:noVBand="1"/>
    </w:tblPr>
    <w:tblGrid>
      <w:gridCol w:w="1474"/>
      <w:gridCol w:w="5783"/>
      <w:gridCol w:w="2494"/>
    </w:tblGrid>
    <w:tr w:rsidR="00CA65AF" w14:paraId="256A1C08" w14:textId="77777777" w:rsidTr="00CF106D">
      <w:trPr>
        <w:jc w:val="center"/>
      </w:trPr>
      <w:tc>
        <w:tcPr>
          <w:tcW w:w="1474" w:type="dxa"/>
          <w:shd w:val="clear" w:color="auto" w:fill="D6E4F0"/>
          <w:tcMar>
            <w:top w:w="60" w:type="dxa"/>
            <w:left w:w="60" w:type="dxa"/>
            <w:bottom w:w="60" w:type="dxa"/>
            <w:right w:w="60" w:type="dxa"/>
          </w:tcMar>
        </w:tcPr>
        <w:p w14:paraId="450867AA" w14:textId="77777777" w:rsidR="00CA65AF" w:rsidRDefault="00CA65AF" w:rsidP="00CA65AF">
          <w:pPr>
            <w:spacing w:after="0"/>
            <w:jc w:val="center"/>
          </w:pPr>
          <w:r>
            <w:rPr>
              <w:noProof/>
            </w:rPr>
            <w:drawing>
              <wp:inline distT="0" distB="0" distL="0" distR="0" wp14:anchorId="72C2294F" wp14:editId="1DB7A3B4">
                <wp:extent cx="792000" cy="770867"/>
                <wp:effectExtent l="0" t="0" r="0" b="0"/>
                <wp:docPr id="47425529" name="Picture 474255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hasa_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2000" cy="770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3" w:type="dxa"/>
          <w:shd w:val="clear" w:color="auto" w:fill="EDF2F9"/>
          <w:tcMar>
            <w:top w:w="40" w:type="dxa"/>
            <w:left w:w="80" w:type="dxa"/>
            <w:bottom w:w="40" w:type="dxa"/>
            <w:right w:w="80" w:type="dxa"/>
          </w:tcMar>
        </w:tcPr>
        <w:p w14:paraId="6E7DC770" w14:textId="77777777" w:rsidR="00CA65AF" w:rsidRDefault="00CA65AF" w:rsidP="00CA65AF">
          <w:pPr>
            <w:spacing w:after="0"/>
            <w:jc w:val="center"/>
          </w:pPr>
        </w:p>
        <w:p w14:paraId="6A58F5FE" w14:textId="77777777" w:rsidR="00CA65AF" w:rsidRDefault="00CA65AF" w:rsidP="00CA65AF">
          <w:pPr>
            <w:spacing w:after="0"/>
            <w:jc w:val="center"/>
          </w:pPr>
          <w:r>
            <w:rPr>
              <w:b/>
              <w:color w:val="003366"/>
            </w:rPr>
            <w:t>Customer Feedback Form</w:t>
          </w:r>
        </w:p>
        <w:p w14:paraId="71E1F719" w14:textId="77777777" w:rsidR="00CA65AF" w:rsidRDefault="00CA65AF" w:rsidP="00CA65AF">
          <w:pPr>
            <w:spacing w:after="0"/>
            <w:jc w:val="center"/>
          </w:pPr>
        </w:p>
      </w:tc>
      <w:tc>
        <w:tcPr>
          <w:tcW w:w="2494" w:type="dxa"/>
          <w:shd w:val="clear" w:color="auto" w:fill="EDF2F9"/>
          <w:tcMar>
            <w:top w:w="40" w:type="dxa"/>
            <w:left w:w="80" w:type="dxa"/>
            <w:bottom w:w="40" w:type="dxa"/>
            <w:right w:w="80" w:type="dxa"/>
          </w:tcMar>
        </w:tcPr>
        <w:p w14:paraId="04D17485" w14:textId="77777777" w:rsidR="00CA65AF" w:rsidRDefault="00CA65AF" w:rsidP="00CA65AF">
          <w:pPr>
            <w:spacing w:after="0"/>
          </w:pPr>
          <w:r>
            <w:rPr>
              <w:color w:val="595959"/>
              <w:sz w:val="17"/>
            </w:rPr>
            <w:t>Doc No: NHASA-FM-49</w:t>
          </w:r>
        </w:p>
        <w:p w14:paraId="726FBE4C" w14:textId="77777777" w:rsidR="00CA65AF" w:rsidRDefault="00CA65AF" w:rsidP="00CA65AF">
          <w:pPr>
            <w:spacing w:after="0"/>
          </w:pPr>
          <w:r>
            <w:rPr>
              <w:color w:val="595959"/>
              <w:sz w:val="17"/>
            </w:rPr>
            <w:t>Revision: 02</w:t>
          </w:r>
        </w:p>
        <w:p w14:paraId="43E45B5A" w14:textId="77777777" w:rsidR="00CA65AF" w:rsidRDefault="00CA65AF" w:rsidP="00CA65AF">
          <w:pPr>
            <w:spacing w:after="0"/>
          </w:pPr>
          <w:r>
            <w:rPr>
              <w:color w:val="595959"/>
              <w:sz w:val="17"/>
            </w:rPr>
            <w:t>Effective: 2026-01-20</w:t>
          </w:r>
        </w:p>
        <w:p w14:paraId="2A915B59" w14:textId="536E2314" w:rsidR="00CA65AF" w:rsidRDefault="00CA65AF" w:rsidP="00CA65AF">
          <w:pPr>
            <w:spacing w:after="0"/>
          </w:pPr>
          <w:r>
            <w:rPr>
              <w:color w:val="595959"/>
              <w:sz w:val="17"/>
            </w:rPr>
            <w:t xml:space="preserve">Page: </w:t>
          </w:r>
          <w:r w:rsidRPr="00CA65AF">
            <w:rPr>
              <w:color w:val="595959"/>
              <w:sz w:val="17"/>
            </w:rPr>
            <w:fldChar w:fldCharType="begin"/>
          </w:r>
          <w:r w:rsidRPr="00CA65AF">
            <w:rPr>
              <w:color w:val="595959"/>
              <w:sz w:val="17"/>
            </w:rPr>
            <w:instrText xml:space="preserve"> PAGE </w:instrText>
          </w:r>
          <w:r w:rsidRPr="00CA65AF">
            <w:rPr>
              <w:color w:val="595959"/>
              <w:sz w:val="17"/>
            </w:rPr>
            <w:fldChar w:fldCharType="separate"/>
          </w:r>
          <w:r w:rsidRPr="00CA65AF">
            <w:rPr>
              <w:color w:val="595959"/>
              <w:sz w:val="17"/>
            </w:rPr>
            <w:t>1</w:t>
          </w:r>
          <w:r w:rsidRPr="00CA65AF">
            <w:rPr>
              <w:color w:val="595959"/>
              <w:sz w:val="17"/>
            </w:rPr>
            <w:fldChar w:fldCharType="end"/>
          </w:r>
          <w:r w:rsidRPr="00CA65AF">
            <w:rPr>
              <w:color w:val="595959"/>
              <w:sz w:val="17"/>
            </w:rPr>
            <w:t xml:space="preserve"> of </w:t>
          </w:r>
          <w:r w:rsidRPr="00CA65AF">
            <w:rPr>
              <w:color w:val="595959"/>
              <w:sz w:val="17"/>
            </w:rPr>
            <w:fldChar w:fldCharType="begin"/>
          </w:r>
          <w:r w:rsidRPr="00CA65AF">
            <w:rPr>
              <w:color w:val="595959"/>
              <w:sz w:val="17"/>
            </w:rPr>
            <w:instrText xml:space="preserve"> NUMPAGES </w:instrText>
          </w:r>
          <w:r w:rsidRPr="00CA65AF">
            <w:rPr>
              <w:color w:val="595959"/>
              <w:sz w:val="17"/>
            </w:rPr>
            <w:fldChar w:fldCharType="separate"/>
          </w:r>
          <w:r w:rsidRPr="00CA65AF">
            <w:rPr>
              <w:color w:val="595959"/>
              <w:sz w:val="17"/>
            </w:rPr>
            <w:t>1</w:t>
          </w:r>
          <w:r w:rsidRPr="00CA65AF">
            <w:rPr>
              <w:color w:val="595959"/>
              <w:sz w:val="17"/>
            </w:rPr>
            <w:fldChar w:fldCharType="end"/>
          </w:r>
        </w:p>
      </w:tc>
    </w:tr>
  </w:tbl>
  <w:p w14:paraId="0500E810" w14:textId="77777777" w:rsidR="00CA65AF" w:rsidRDefault="00CA65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30697632">
    <w:abstractNumId w:val="8"/>
  </w:num>
  <w:num w:numId="2" w16cid:durableId="1846675940">
    <w:abstractNumId w:val="6"/>
  </w:num>
  <w:num w:numId="3" w16cid:durableId="1141800414">
    <w:abstractNumId w:val="5"/>
  </w:num>
  <w:num w:numId="4" w16cid:durableId="27804763">
    <w:abstractNumId w:val="4"/>
  </w:num>
  <w:num w:numId="5" w16cid:durableId="1596816077">
    <w:abstractNumId w:val="7"/>
  </w:num>
  <w:num w:numId="6" w16cid:durableId="1466965495">
    <w:abstractNumId w:val="3"/>
  </w:num>
  <w:num w:numId="7" w16cid:durableId="1596013393">
    <w:abstractNumId w:val="2"/>
  </w:num>
  <w:num w:numId="8" w16cid:durableId="1261915346">
    <w:abstractNumId w:val="1"/>
  </w:num>
  <w:num w:numId="9" w16cid:durableId="489294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27AB2"/>
    <w:rsid w:val="005F4801"/>
    <w:rsid w:val="008C5137"/>
    <w:rsid w:val="00AA1D8D"/>
    <w:rsid w:val="00B47730"/>
    <w:rsid w:val="00CA65AF"/>
    <w:rsid w:val="00CB0664"/>
    <w:rsid w:val="00D52CDE"/>
    <w:rsid w:val="00F207B3"/>
    <w:rsid w:val="00F47FB2"/>
    <w:rsid w:val="00F734F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30"/>
  <w15:docId w15:val="{F3DE65C3-2F4C-45A2-8E00-78456C69D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Syed Bukhari Asad</cp:lastModifiedBy>
  <cp:revision>6</cp:revision>
  <dcterms:created xsi:type="dcterms:W3CDTF">2013-12-23T23:15:00Z</dcterms:created>
  <dcterms:modified xsi:type="dcterms:W3CDTF">2026-09-13T08:58:00Z</dcterms:modified>
  <cp:category/>
</cp:coreProperties>
</file>